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l my s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rthur Mill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10553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