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Persuasion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Jane Austen/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9780140623482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