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binson Cruso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iel Defo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1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