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الأفق الجديد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نهاد الموسى/ محمد شاهين/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دار المنار/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8051601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