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petit larousse illustré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 Garnier/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9782035840707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