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l'histoire par la bande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Mahmoud Bouayed/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9789947214800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