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أبوليوس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كلية الآداب واللغات/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محمد الشريف مساعدية/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50711112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