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بحث سبل تطوير نظام التمويل بالمشاركة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بوعنيقة سمية/ واضح فواز (رئيسا)،قرفي عمار (مناقشا)،حريد رامي(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