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الترويج السياحي ودوره كأسلوب في ترقية القطاع السياحي دراسة حالة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راشدي آمنة/ ،لمزري مفيدة (رئيسا)، دوفي (مناقشا) ، ببوعزة نضيرة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