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المصفوفي في إختيار الإستراتيجية التمويلية للمؤسسة : دراسة حالة وحدة سوناريك فرجيوة الفترة الممتدة (2014-2016)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فنور نبيلة/ لمزاودة رياض(رئيسا) ، لطيف وليد(مناقشا) ،برني ميلود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