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قطاع التعليم العالي في دعم التشغيل والحد من البطالة في الجزائر : دراسة حالة الجزائر (2012-2017)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صيفون رقية/ سمايلي محمود (رئيسا) ، سنوسي أسامة (مناقشا) ،ريغي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