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التحقيق المحاسبي في دعم الرقابة الجبائية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بوطلاعة محمد (رئيسا) ، لبيض ليندة (مناقشا) ، 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