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رأس المال المخاطر كتقنية حديثة لتمويل المؤسسات الصغيرة والمتوسطة :دراسة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ريان/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