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pharmacologique et effet métabolique de l' opuntia ficus-indica sur quelques paramètres biochimiques chez les lapins diabétique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Namoune afaf/ Bounamous azzedine(président),Kellab rabeh(promoteur),Boucherit hanane(examinateur)/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annexes.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57042411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