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الكتابة في ضوء المقاربة بالكفاءات وفق إصلاحات الجيل الثانيالسنة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إيمان/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