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لغة الدردشة على بنية اللغة العربية الفيسبوك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قارة مروة/ داودي الخثير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800183111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