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المنفرجة لابن النحوي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إلهام/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