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التقويم المستمر في التحصيل اللغوي للتلميذ وفق بيداغوجيا المقاربة بالكفاءات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عمران خولة/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