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البلاغة التعليمية عند أحمد الهاشمي قراءة وصفية لكتاب جواهر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خالوش مريم/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