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الرحلة في الأدب العربي القديم ابن بطوطة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زينة/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