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منشورات فدائية على جدران اسرائيل ل نزار قباني :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نورة بومطرق/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