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مهارة الإستماع وأثرها في تعليمية النحو، سنة ثانية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بوسمينة نزيهة/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800187511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