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التقابل في سورتي الأنعام والأعراف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والدو إسمهان/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