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مهارات التواصل في العملية التعليمية : كتاب القراءة والأنشطة اللغوية :السنة الخامسة ابتذائي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إكرام بن لزرق/ ناصر بعداش(مشرفا)/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