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مسرحية عشتار للكاتبة "حياة الرايس"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مريم سرسوب/ علاوة كوسة(مشرفا)/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800188611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