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المحيط المدرسي في التحصيل اللغوي لتلاميذ السنة الأولى من التعليم المتوسط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لحيلح سمية/ توفيق بركات(مشرفا)/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