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العربي واللسانيات المعاصرة دراسة تأصيلية للنظريات الحديثة في النحو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شنيتف بارزة/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