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برامج الفضائيات العربية الموجهة للطفل على آدائه اللغوي قناة كراميش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صليحة/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