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بيداغوجية التوجيه من خلال كتاب اللغة العربية للسنة الثالثة متوسط من الجيل الثاني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كركوش آمنة/ يوسف يحياوي(مشرفا)/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