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الإنسجام النصي في القرآن الكريم سورة يوسف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العايب آسية/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800212911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