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الفعل الثلاثي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بوزيدي/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