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الرواية الجزائرية رواية وعد الياسمين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ماجدة/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