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المجموعة القصصية ذكور بائسة لعمار الجنيدي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درغال أحلام/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