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الكتابي مقاربة بالكفاءات : مقارنة بين الإناث و الذكور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إكرام/ معاشو بووشمة(مشرفا)/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