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الشعرية ''في القدس'' لتميم البرغوثي : دراسة بنوية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رقية جلامة/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