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إشتغال التاريخ في المتخيل الشعري في رحلة الروح بين جيجل والكرمل لعدي شتات وهيام قبلان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زميش بدرة/ مولاي كاملة(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