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فهم المنطوق وإنتاجه في ضوء المقاربة التداولية دراسة ميدانية لمقامات التواصل في إبتدائية مخناش فرحات باينان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شكرودي فاطمة/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800215811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