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ثلاثية أطفال الحجارة ل/نزار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بوهمهم/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