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أنشودة المطر لبدر شاكر السياب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دلوش عائشة/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