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الإفتراض المسبق في رواية آخر الفرسان لفريد الأنصاري دراسة 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خياط نهاد/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800216111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