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الخطاب السردي في رواية في عشق إمرأة عاقر لسمير قسيمي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كيروم سلمى/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800216511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