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فضاء الصحراء في رواية مهاجر ينتظر الأنصار لمعمر جحيج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ماجن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