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ببليوغرافيا مذكرات التخرج ''دراسات لغوية طور الماستر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مريم/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