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المحو في ديوان هبة الفراغ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العيون ابتسام/ مناصري وفاء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