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المعجم ودورها في إنتاجية المعنى المنجد للويس معلوف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نعيمة/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