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وضع اللغة العربية في الإدارة الجزائرية إدارة المؤسسة العمومية الإستشفائية الإخوة طوبال دراسة ميدانية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درية/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