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الاستماع ودورها في التّعلّم :  - تلاميذ السنة الأولى من الجيل الثاني للتعليم المتوسط -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لبصير/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