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نص القراءة لدى تلاميذ الطور الأول الجيل الأول السنة الخامسة ابتدائي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صونيا بولحموتة/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