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في المعاجم المدرسية معجم الوجيز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بوغادي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