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العنونة في كتابات جميلة زنير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قجبور إسمهان/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